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E402" w14:textId="77777777" w:rsidR="009D708E" w:rsidRDefault="009D708E" w:rsidP="009D708E">
      <w:pPr>
        <w:spacing w:after="80"/>
        <w:rPr>
          <w:rFonts w:ascii="宋体" w:eastAsia="宋体" w:hAnsi="宋体" w:hint="eastAsia"/>
          <w:lang w:eastAsia="zh-CN"/>
        </w:rPr>
      </w:pPr>
      <w:bookmarkStart w:id="0" w:name="OLE_LINK1"/>
      <w:r>
        <w:rPr>
          <w:rFonts w:ascii="宋体" w:eastAsia="宋体" w:hAnsi="宋体"/>
          <w:lang w:eastAsia="zh-CN"/>
        </w:rPr>
        <w:t>附件3：</w:t>
      </w:r>
    </w:p>
    <w:bookmarkEnd w:id="0"/>
    <w:p w14:paraId="090A29F0" w14:textId="77777777" w:rsidR="009D708E" w:rsidRDefault="009D708E">
      <w:pPr>
        <w:spacing w:after="80"/>
        <w:jc w:val="center"/>
        <w:rPr>
          <w:rFonts w:ascii="宋体" w:eastAsia="宋体" w:hAnsi="宋体" w:hint="eastAsia"/>
          <w:b/>
          <w:sz w:val="32"/>
          <w:lang w:eastAsia="zh-CN"/>
        </w:rPr>
      </w:pPr>
    </w:p>
    <w:p w14:paraId="237BD2A8" w14:textId="06CD322A" w:rsidR="00EE2660" w:rsidRDefault="00000000">
      <w:pPr>
        <w:spacing w:after="80"/>
        <w:jc w:val="center"/>
        <w:rPr>
          <w:lang w:eastAsia="zh-CN"/>
        </w:rPr>
      </w:pPr>
      <w:r>
        <w:rPr>
          <w:rFonts w:ascii="宋体" w:eastAsia="宋体" w:hAnsi="宋体"/>
          <w:b/>
          <w:sz w:val="32"/>
          <w:lang w:eastAsia="zh-CN"/>
        </w:rPr>
        <w:t>第八届世界中医药教育大会</w:t>
      </w:r>
    </w:p>
    <w:p w14:paraId="0F3E828B" w14:textId="6329346C" w:rsidR="00EE2660" w:rsidRPr="009D708E" w:rsidRDefault="00000000">
      <w:pPr>
        <w:pStyle w:val="21"/>
        <w:rPr>
          <w:sz w:val="24"/>
          <w:szCs w:val="24"/>
          <w:lang w:eastAsia="zh-CN"/>
        </w:rPr>
      </w:pPr>
      <w:r w:rsidRPr="009D708E">
        <w:rPr>
          <w:rFonts w:ascii="宋体" w:eastAsia="宋体" w:hAnsi="宋体"/>
          <w:sz w:val="24"/>
          <w:szCs w:val="24"/>
          <w:lang w:eastAsia="zh-CN"/>
        </w:rPr>
        <w:t>相关国家和地区住宿费、伙食费和公杂费开支标准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EE2660" w:rsidRPr="009D708E" w14:paraId="2747BFFD" w14:textId="77777777" w:rsidTr="009D708E">
        <w:trPr>
          <w:jc w:val="center"/>
        </w:trPr>
        <w:tc>
          <w:tcPr>
            <w:tcW w:w="1512" w:type="dxa"/>
          </w:tcPr>
          <w:p w14:paraId="6C22C770" w14:textId="77777777" w:rsidR="00EE2660" w:rsidRPr="009D708E" w:rsidRDefault="00000000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b/>
                <w:sz w:val="24"/>
                <w:szCs w:val="24"/>
              </w:rPr>
              <w:t>国家（地区）</w:t>
            </w:r>
          </w:p>
        </w:tc>
        <w:tc>
          <w:tcPr>
            <w:tcW w:w="1512" w:type="dxa"/>
          </w:tcPr>
          <w:p w14:paraId="0D4A15B1" w14:textId="77777777" w:rsidR="00EE2660" w:rsidRPr="009D708E" w:rsidRDefault="00000000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b/>
                <w:sz w:val="24"/>
                <w:szCs w:val="24"/>
              </w:rPr>
              <w:t>城市</w:t>
            </w:r>
          </w:p>
        </w:tc>
        <w:tc>
          <w:tcPr>
            <w:tcW w:w="1512" w:type="dxa"/>
          </w:tcPr>
          <w:p w14:paraId="6E2EE078" w14:textId="77777777" w:rsidR="00EE2660" w:rsidRPr="009D708E" w:rsidRDefault="00000000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b/>
                <w:sz w:val="24"/>
                <w:szCs w:val="24"/>
              </w:rPr>
              <w:t>币种</w:t>
            </w:r>
          </w:p>
        </w:tc>
        <w:tc>
          <w:tcPr>
            <w:tcW w:w="1512" w:type="dxa"/>
          </w:tcPr>
          <w:p w14:paraId="17664C24" w14:textId="77777777" w:rsidR="00EE2660" w:rsidRPr="009D708E" w:rsidRDefault="00000000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b/>
                <w:sz w:val="24"/>
                <w:szCs w:val="24"/>
              </w:rPr>
              <w:t>住宿费（每人每天）</w:t>
            </w:r>
          </w:p>
        </w:tc>
        <w:tc>
          <w:tcPr>
            <w:tcW w:w="1512" w:type="dxa"/>
          </w:tcPr>
          <w:p w14:paraId="4A83ADF6" w14:textId="77777777" w:rsidR="00EE2660" w:rsidRPr="009D708E" w:rsidRDefault="00000000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b/>
                <w:sz w:val="24"/>
                <w:szCs w:val="24"/>
              </w:rPr>
              <w:t>伙食费（每人每天）</w:t>
            </w:r>
          </w:p>
        </w:tc>
        <w:tc>
          <w:tcPr>
            <w:tcW w:w="1512" w:type="dxa"/>
          </w:tcPr>
          <w:p w14:paraId="38B588A4" w14:textId="77777777" w:rsidR="00EE2660" w:rsidRPr="009D708E" w:rsidRDefault="00000000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b/>
                <w:sz w:val="24"/>
                <w:szCs w:val="24"/>
              </w:rPr>
              <w:t>公杂费（每人每天）</w:t>
            </w:r>
          </w:p>
        </w:tc>
      </w:tr>
      <w:tr w:rsidR="00EE2660" w:rsidRPr="009D708E" w14:paraId="28F3EE11" w14:textId="77777777" w:rsidTr="009D708E">
        <w:trPr>
          <w:jc w:val="center"/>
        </w:trPr>
        <w:tc>
          <w:tcPr>
            <w:tcW w:w="1512" w:type="dxa"/>
          </w:tcPr>
          <w:p w14:paraId="069D2089" w14:textId="77777777" w:rsidR="00EE2660" w:rsidRPr="009D708E" w:rsidRDefault="00000000" w:rsidP="009D708E">
            <w:pPr>
              <w:jc w:val="center"/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埃及</w:t>
            </w:r>
          </w:p>
        </w:tc>
        <w:tc>
          <w:tcPr>
            <w:tcW w:w="1512" w:type="dxa"/>
          </w:tcPr>
          <w:p w14:paraId="54F5D028" w14:textId="77777777" w:rsidR="00EE2660" w:rsidRPr="009D708E" w:rsidRDefault="00000000">
            <w:pPr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开罗</w:t>
            </w:r>
          </w:p>
        </w:tc>
        <w:tc>
          <w:tcPr>
            <w:tcW w:w="1512" w:type="dxa"/>
          </w:tcPr>
          <w:p w14:paraId="753F64B2" w14:textId="77777777" w:rsidR="00EE2660" w:rsidRPr="009D708E" w:rsidRDefault="00000000">
            <w:pPr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美元</w:t>
            </w:r>
          </w:p>
        </w:tc>
        <w:tc>
          <w:tcPr>
            <w:tcW w:w="1512" w:type="dxa"/>
          </w:tcPr>
          <w:p w14:paraId="1C06FC86" w14:textId="77777777" w:rsidR="00EE2660" w:rsidRPr="009D708E" w:rsidRDefault="00000000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512" w:type="dxa"/>
          </w:tcPr>
          <w:p w14:paraId="53125DE5" w14:textId="77777777" w:rsidR="00EE2660" w:rsidRPr="009D708E" w:rsidRDefault="00000000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12" w:type="dxa"/>
          </w:tcPr>
          <w:p w14:paraId="02A90365" w14:textId="77777777" w:rsidR="00EE2660" w:rsidRPr="009D708E" w:rsidRDefault="00000000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D708E" w:rsidRPr="009D708E" w14:paraId="42872CB1" w14:textId="77777777" w:rsidTr="009D708E">
        <w:trPr>
          <w:jc w:val="center"/>
        </w:trPr>
        <w:tc>
          <w:tcPr>
            <w:tcW w:w="1512" w:type="dxa"/>
            <w:vMerge w:val="restart"/>
            <w:vAlign w:val="center"/>
          </w:tcPr>
          <w:p w14:paraId="74F18931" w14:textId="77777777" w:rsidR="009D708E" w:rsidRPr="009D708E" w:rsidRDefault="009D708E" w:rsidP="009D708E">
            <w:pPr>
              <w:jc w:val="center"/>
              <w:rPr>
                <w:sz w:val="24"/>
                <w:szCs w:val="24"/>
              </w:rPr>
            </w:pPr>
            <w:proofErr w:type="spellStart"/>
            <w:r w:rsidRPr="009D708E">
              <w:rPr>
                <w:rFonts w:ascii="宋体" w:eastAsia="宋体" w:hAnsi="宋体"/>
                <w:sz w:val="24"/>
                <w:szCs w:val="24"/>
              </w:rPr>
              <w:t>摩洛哥</w:t>
            </w:r>
            <w:proofErr w:type="spellEnd"/>
          </w:p>
        </w:tc>
        <w:tc>
          <w:tcPr>
            <w:tcW w:w="1512" w:type="dxa"/>
          </w:tcPr>
          <w:p w14:paraId="71291CDA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卡萨布兰卡</w:t>
            </w:r>
          </w:p>
        </w:tc>
        <w:tc>
          <w:tcPr>
            <w:tcW w:w="1512" w:type="dxa"/>
          </w:tcPr>
          <w:p w14:paraId="5144C15E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美元</w:t>
            </w:r>
          </w:p>
        </w:tc>
        <w:tc>
          <w:tcPr>
            <w:tcW w:w="1512" w:type="dxa"/>
          </w:tcPr>
          <w:p w14:paraId="55BB1BD2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512" w:type="dxa"/>
          </w:tcPr>
          <w:p w14:paraId="06273DFB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12" w:type="dxa"/>
          </w:tcPr>
          <w:p w14:paraId="2A816EDF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708E" w:rsidRPr="009D708E" w14:paraId="769E9CD2" w14:textId="77777777" w:rsidTr="009D708E">
        <w:trPr>
          <w:jc w:val="center"/>
        </w:trPr>
        <w:tc>
          <w:tcPr>
            <w:tcW w:w="1512" w:type="dxa"/>
            <w:vMerge/>
          </w:tcPr>
          <w:p w14:paraId="56CA474F" w14:textId="77777777" w:rsidR="009D708E" w:rsidRPr="009D708E" w:rsidRDefault="009D708E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291E86B4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拉巴特</w:t>
            </w:r>
          </w:p>
        </w:tc>
        <w:tc>
          <w:tcPr>
            <w:tcW w:w="1512" w:type="dxa"/>
          </w:tcPr>
          <w:p w14:paraId="13227B8A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宋体" w:eastAsia="宋体" w:hAnsi="宋体"/>
                <w:sz w:val="24"/>
                <w:szCs w:val="24"/>
              </w:rPr>
              <w:t>美元</w:t>
            </w:r>
          </w:p>
        </w:tc>
        <w:tc>
          <w:tcPr>
            <w:tcW w:w="1512" w:type="dxa"/>
          </w:tcPr>
          <w:p w14:paraId="2CEA0FF0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512" w:type="dxa"/>
          </w:tcPr>
          <w:p w14:paraId="2A722382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12" w:type="dxa"/>
          </w:tcPr>
          <w:p w14:paraId="77C90A57" w14:textId="77777777" w:rsidR="009D708E" w:rsidRPr="009D708E" w:rsidRDefault="009D708E">
            <w:pPr>
              <w:rPr>
                <w:sz w:val="24"/>
                <w:szCs w:val="24"/>
              </w:rPr>
            </w:pPr>
            <w:r w:rsidRPr="009D708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14:paraId="3DF30FD0" w14:textId="77777777" w:rsidR="00EE2660" w:rsidRPr="009D708E" w:rsidRDefault="00EE2660">
      <w:pPr>
        <w:spacing w:before="40" w:after="40"/>
        <w:rPr>
          <w:sz w:val="24"/>
          <w:szCs w:val="24"/>
        </w:rPr>
      </w:pPr>
    </w:p>
    <w:p w14:paraId="30B26B37" w14:textId="644ADDDB" w:rsidR="00EE2660" w:rsidRPr="009D708E" w:rsidRDefault="00000000" w:rsidP="002F62AD">
      <w:pPr>
        <w:spacing w:after="60"/>
        <w:ind w:left="-142"/>
        <w:rPr>
          <w:sz w:val="24"/>
          <w:szCs w:val="24"/>
          <w:lang w:eastAsia="zh-CN"/>
        </w:rPr>
      </w:pPr>
      <w:r w:rsidRPr="009D708E">
        <w:rPr>
          <w:rFonts w:ascii="宋体" w:eastAsia="宋体" w:hAnsi="宋体"/>
          <w:color w:val="555555"/>
          <w:sz w:val="24"/>
          <w:szCs w:val="24"/>
          <w:lang w:eastAsia="zh-CN"/>
        </w:rPr>
        <w:t>本表依据</w:t>
      </w:r>
      <w:r w:rsidRPr="009D708E">
        <w:rPr>
          <w:rFonts w:ascii="Times New Roman" w:hAnsi="Times New Roman"/>
          <w:color w:val="555555"/>
          <w:sz w:val="24"/>
          <w:szCs w:val="24"/>
          <w:lang w:eastAsia="zh-CN"/>
        </w:rPr>
        <w:t xml:space="preserve"> </w:t>
      </w:r>
      <w:r w:rsidRPr="009D708E">
        <w:rPr>
          <w:rFonts w:ascii="宋体" w:eastAsia="宋体" w:hAnsi="宋体"/>
          <w:b/>
          <w:color w:val="555555"/>
          <w:sz w:val="24"/>
          <w:szCs w:val="24"/>
          <w:lang w:eastAsia="zh-CN"/>
        </w:rPr>
        <w:t>财行〔</w:t>
      </w:r>
      <w:r w:rsidRPr="009D708E">
        <w:rPr>
          <w:rFonts w:ascii="Times New Roman" w:hAnsi="Times New Roman"/>
          <w:b/>
          <w:color w:val="555555"/>
          <w:sz w:val="24"/>
          <w:szCs w:val="24"/>
          <w:lang w:eastAsia="zh-CN"/>
        </w:rPr>
        <w:t>2017</w:t>
      </w:r>
      <w:r w:rsidRPr="009D708E">
        <w:rPr>
          <w:rFonts w:ascii="宋体" w:eastAsia="宋体" w:hAnsi="宋体"/>
          <w:b/>
          <w:color w:val="555555"/>
          <w:sz w:val="24"/>
          <w:szCs w:val="24"/>
          <w:lang w:eastAsia="zh-CN"/>
        </w:rPr>
        <w:t>〕</w:t>
      </w:r>
      <w:r w:rsidRPr="009D708E">
        <w:rPr>
          <w:rFonts w:ascii="Times New Roman" w:hAnsi="Times New Roman"/>
          <w:b/>
          <w:color w:val="555555"/>
          <w:sz w:val="24"/>
          <w:szCs w:val="24"/>
          <w:lang w:eastAsia="zh-CN"/>
        </w:rPr>
        <w:t>434</w:t>
      </w:r>
      <w:r w:rsidRPr="009D708E">
        <w:rPr>
          <w:rFonts w:ascii="宋体" w:eastAsia="宋体" w:hAnsi="宋体"/>
          <w:b/>
          <w:color w:val="555555"/>
          <w:sz w:val="24"/>
          <w:szCs w:val="24"/>
          <w:lang w:eastAsia="zh-CN"/>
        </w:rPr>
        <w:t>号</w:t>
      </w:r>
      <w:r w:rsidRPr="009D708E">
        <w:rPr>
          <w:rFonts w:ascii="Times New Roman" w:hAnsi="Times New Roman"/>
          <w:color w:val="555555"/>
          <w:sz w:val="24"/>
          <w:szCs w:val="24"/>
          <w:lang w:eastAsia="zh-CN"/>
        </w:rPr>
        <w:t xml:space="preserve"> </w:t>
      </w:r>
      <w:r w:rsidRPr="009D708E">
        <w:rPr>
          <w:rFonts w:ascii="宋体" w:eastAsia="宋体" w:hAnsi="宋体"/>
          <w:color w:val="555555"/>
          <w:sz w:val="24"/>
          <w:szCs w:val="24"/>
          <w:lang w:eastAsia="zh-CN"/>
        </w:rPr>
        <w:t>附件</w:t>
      </w:r>
      <w:r w:rsidRPr="009D708E">
        <w:rPr>
          <w:rFonts w:ascii="Times New Roman" w:hAnsi="Times New Roman"/>
          <w:color w:val="555555"/>
          <w:sz w:val="24"/>
          <w:szCs w:val="24"/>
          <w:lang w:eastAsia="zh-CN"/>
        </w:rPr>
        <w:t>19</w:t>
      </w:r>
      <w:r w:rsidRPr="009D708E">
        <w:rPr>
          <w:rFonts w:ascii="宋体" w:eastAsia="宋体" w:hAnsi="宋体"/>
          <w:color w:val="555555"/>
          <w:sz w:val="24"/>
          <w:szCs w:val="24"/>
          <w:lang w:eastAsia="zh-CN"/>
        </w:rPr>
        <w:t>（国家标准</w:t>
      </w:r>
      <w:r w:rsidRPr="009D708E">
        <w:rPr>
          <w:rFonts w:ascii="Times New Roman" w:hAnsi="Times New Roman"/>
          <w:color w:val="555555"/>
          <w:sz w:val="24"/>
          <w:szCs w:val="24"/>
          <w:lang w:eastAsia="zh-CN"/>
        </w:rPr>
        <w:t>_</w:t>
      </w:r>
      <w:r w:rsidRPr="009D708E">
        <w:rPr>
          <w:rFonts w:ascii="宋体" w:eastAsia="宋体" w:hAnsi="宋体"/>
          <w:color w:val="555555"/>
          <w:sz w:val="24"/>
          <w:szCs w:val="24"/>
          <w:lang w:eastAsia="zh-CN"/>
        </w:rPr>
        <w:t>各国家和地区住宿费、伙食费、公杂费开支标准表）整理。</w:t>
      </w:r>
    </w:p>
    <w:sectPr w:rsidR="00EE2660" w:rsidRPr="009D708E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9094" w14:textId="77777777" w:rsidR="00EA5790" w:rsidRDefault="00EA5790" w:rsidP="009D708E">
      <w:pPr>
        <w:spacing w:after="0" w:line="240" w:lineRule="auto"/>
      </w:pPr>
      <w:r>
        <w:separator/>
      </w:r>
    </w:p>
  </w:endnote>
  <w:endnote w:type="continuationSeparator" w:id="0">
    <w:p w14:paraId="2070AD06" w14:textId="77777777" w:rsidR="00EA5790" w:rsidRDefault="00EA5790" w:rsidP="009D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E34A" w14:textId="77777777" w:rsidR="00EA5790" w:rsidRDefault="00EA5790" w:rsidP="009D708E">
      <w:pPr>
        <w:spacing w:after="0" w:line="240" w:lineRule="auto"/>
      </w:pPr>
      <w:r>
        <w:separator/>
      </w:r>
    </w:p>
  </w:footnote>
  <w:footnote w:type="continuationSeparator" w:id="0">
    <w:p w14:paraId="4F575942" w14:textId="77777777" w:rsidR="00EA5790" w:rsidRDefault="00EA5790" w:rsidP="009D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7766147">
    <w:abstractNumId w:val="8"/>
  </w:num>
  <w:num w:numId="2" w16cid:durableId="556623106">
    <w:abstractNumId w:val="6"/>
  </w:num>
  <w:num w:numId="3" w16cid:durableId="1149857463">
    <w:abstractNumId w:val="5"/>
  </w:num>
  <w:num w:numId="4" w16cid:durableId="1702588292">
    <w:abstractNumId w:val="4"/>
  </w:num>
  <w:num w:numId="5" w16cid:durableId="1235118051">
    <w:abstractNumId w:val="7"/>
  </w:num>
  <w:num w:numId="6" w16cid:durableId="1699895911">
    <w:abstractNumId w:val="3"/>
  </w:num>
  <w:num w:numId="7" w16cid:durableId="2090156895">
    <w:abstractNumId w:val="2"/>
  </w:num>
  <w:num w:numId="8" w16cid:durableId="75710335">
    <w:abstractNumId w:val="1"/>
  </w:num>
  <w:num w:numId="9" w16cid:durableId="79633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C95"/>
    <w:rsid w:val="000F1463"/>
    <w:rsid w:val="0015074B"/>
    <w:rsid w:val="0029639D"/>
    <w:rsid w:val="002F62AD"/>
    <w:rsid w:val="00326F90"/>
    <w:rsid w:val="00476B9F"/>
    <w:rsid w:val="00954093"/>
    <w:rsid w:val="009B3C3B"/>
    <w:rsid w:val="009D708E"/>
    <w:rsid w:val="00AA1D8D"/>
    <w:rsid w:val="00AE7535"/>
    <w:rsid w:val="00B47730"/>
    <w:rsid w:val="00B5602A"/>
    <w:rsid w:val="00CB0664"/>
    <w:rsid w:val="00E67E3F"/>
    <w:rsid w:val="00EA5790"/>
    <w:rsid w:val="00EE26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D637BA"/>
  <w14:defaultImageDpi w14:val="300"/>
  <w15:docId w15:val="{C7654940-FF59-9B4D-A198-66F06931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108</Characters>
  <Application>Microsoft Office Word</Application>
  <DocSecurity>0</DocSecurity>
  <Lines>27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qi sun</cp:lastModifiedBy>
  <cp:revision>9</cp:revision>
  <cp:lastPrinted>2026-07-31T08:28:00Z</cp:lastPrinted>
  <dcterms:created xsi:type="dcterms:W3CDTF">2013-12-23T23:15:00Z</dcterms:created>
  <dcterms:modified xsi:type="dcterms:W3CDTF">2026-07-31T08:51:00Z</dcterms:modified>
  <cp:category/>
</cp:coreProperties>
</file>